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FE00B" w14:textId="59684157" w:rsidR="00F05987" w:rsidRPr="007F383C" w:rsidRDefault="007F383C" w:rsidP="00925EAF">
      <w:pPr>
        <w:ind w:left="-709" w:right="-716"/>
        <w:jc w:val="center"/>
        <w:rPr>
          <w:rFonts w:ascii="Arial" w:hAnsi="Arial" w:cs="Arial"/>
          <w:b/>
          <w:sz w:val="60"/>
          <w:szCs w:val="60"/>
          <w:lang w:val="de-DE"/>
        </w:rPr>
      </w:pPr>
      <w:r w:rsidRPr="007F383C">
        <w:rPr>
          <w:rFonts w:ascii="Arial" w:hAnsi="Arial" w:cs="Arial"/>
          <w:b/>
          <w:sz w:val="60"/>
          <w:szCs w:val="60"/>
          <w:lang w:val="de-DE"/>
        </w:rPr>
        <w:t xml:space="preserve">Hier </w:t>
      </w:r>
      <w:r>
        <w:rPr>
          <w:rFonts w:ascii="Arial" w:hAnsi="Arial" w:cs="Arial"/>
          <w:b/>
          <w:sz w:val="60"/>
          <w:szCs w:val="60"/>
          <w:lang w:val="de-DE"/>
        </w:rPr>
        <w:t>solltest</w:t>
      </w:r>
      <w:r w:rsidRPr="007F383C">
        <w:rPr>
          <w:rFonts w:ascii="Arial" w:hAnsi="Arial" w:cs="Arial"/>
          <w:b/>
          <w:sz w:val="60"/>
          <w:szCs w:val="60"/>
          <w:lang w:val="de-DE"/>
        </w:rPr>
        <w:t xml:space="preserve"> </w:t>
      </w:r>
      <w:r>
        <w:rPr>
          <w:rFonts w:ascii="Arial" w:hAnsi="Arial" w:cs="Arial"/>
          <w:b/>
          <w:sz w:val="60"/>
          <w:szCs w:val="60"/>
          <w:lang w:val="de-DE"/>
        </w:rPr>
        <w:t>D</w:t>
      </w:r>
      <w:r w:rsidRPr="007F383C">
        <w:rPr>
          <w:rFonts w:ascii="Arial" w:hAnsi="Arial" w:cs="Arial"/>
          <w:b/>
          <w:sz w:val="60"/>
          <w:szCs w:val="60"/>
          <w:lang w:val="de-DE"/>
        </w:rPr>
        <w:t xml:space="preserve">u </w:t>
      </w:r>
      <w:r w:rsidR="00F95363">
        <w:rPr>
          <w:rFonts w:ascii="Arial" w:hAnsi="Arial" w:cs="Arial"/>
          <w:b/>
          <w:sz w:val="60"/>
          <w:szCs w:val="60"/>
          <w:lang w:val="de-DE"/>
        </w:rPr>
        <w:t xml:space="preserve">Dich </w:t>
      </w:r>
      <w:r w:rsidRPr="007F383C">
        <w:rPr>
          <w:rFonts w:ascii="Arial" w:hAnsi="Arial" w:cs="Arial"/>
          <w:b/>
          <w:sz w:val="60"/>
          <w:szCs w:val="60"/>
          <w:lang w:val="de-DE"/>
        </w:rPr>
        <w:t>sicher</w:t>
      </w:r>
      <w:r>
        <w:rPr>
          <w:rFonts w:ascii="Arial" w:hAnsi="Arial" w:cs="Arial"/>
          <w:b/>
          <w:sz w:val="60"/>
          <w:szCs w:val="60"/>
          <w:lang w:val="de-DE"/>
        </w:rPr>
        <w:t xml:space="preserve"> </w:t>
      </w:r>
      <w:r w:rsidR="00F95363">
        <w:rPr>
          <w:rFonts w:ascii="Arial" w:hAnsi="Arial" w:cs="Arial"/>
          <w:b/>
          <w:sz w:val="60"/>
          <w:szCs w:val="60"/>
          <w:lang w:val="de-DE"/>
        </w:rPr>
        <w:t>fühlen</w:t>
      </w:r>
      <w:r w:rsidRPr="007F383C">
        <w:rPr>
          <w:rFonts w:ascii="Arial" w:hAnsi="Arial" w:cs="Arial"/>
          <w:b/>
          <w:sz w:val="60"/>
          <w:szCs w:val="60"/>
          <w:lang w:val="de-DE"/>
        </w:rPr>
        <w:t>. Wenn doch etwas nicht stimmt – sag es uns bitte sofort!</w:t>
      </w:r>
    </w:p>
    <w:p w14:paraId="49D2CEFA" w14:textId="549C08AA" w:rsidR="00F05987" w:rsidRPr="004B3A68" w:rsidRDefault="00000000">
      <w:pPr>
        <w:jc w:val="center"/>
        <w:rPr>
          <w:rFonts w:ascii="Arial" w:hAnsi="Arial" w:cs="Arial"/>
          <w:lang w:val="de-DE"/>
        </w:rPr>
      </w:pPr>
      <w:r w:rsidRPr="004B3A68">
        <w:rPr>
          <w:rFonts w:ascii="Arial" w:hAnsi="Arial" w:cs="Arial"/>
          <w:sz w:val="48"/>
          <w:lang w:val="de-DE"/>
        </w:rPr>
        <w:t>Sprich mit deinem Trainer</w:t>
      </w:r>
      <w:r w:rsidR="004B3A68">
        <w:rPr>
          <w:rFonts w:ascii="Arial" w:hAnsi="Arial" w:cs="Arial"/>
          <w:sz w:val="48"/>
          <w:lang w:val="de-DE"/>
        </w:rPr>
        <w:t>,</w:t>
      </w:r>
      <w:r w:rsidRPr="004B3A68">
        <w:rPr>
          <w:rFonts w:ascii="Arial" w:hAnsi="Arial" w:cs="Arial"/>
          <w:sz w:val="48"/>
          <w:lang w:val="de-DE"/>
        </w:rPr>
        <w:t xml:space="preserve"> oder melde dich per </w:t>
      </w:r>
      <w:r w:rsidR="00F95363">
        <w:rPr>
          <w:rFonts w:ascii="Arial" w:hAnsi="Arial" w:cs="Arial"/>
          <w:sz w:val="48"/>
          <w:lang w:val="de-DE"/>
        </w:rPr>
        <w:t xml:space="preserve">E-Mail, </w:t>
      </w:r>
      <w:r w:rsidRPr="004B3A68">
        <w:rPr>
          <w:rFonts w:ascii="Arial" w:hAnsi="Arial" w:cs="Arial"/>
          <w:sz w:val="48"/>
          <w:lang w:val="de-DE"/>
        </w:rPr>
        <w:t>WhatsApp oder Anruf!</w:t>
      </w:r>
    </w:p>
    <w:p w14:paraId="375B2383" w14:textId="40D18192" w:rsidR="00F05987" w:rsidRPr="004B3A68" w:rsidRDefault="007655AD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58752" behindDoc="1" locked="0" layoutInCell="1" allowOverlap="1" wp14:anchorId="233EB957" wp14:editId="1C89F057">
            <wp:simplePos x="0" y="0"/>
            <wp:positionH relativeFrom="column">
              <wp:posOffset>1143000</wp:posOffset>
            </wp:positionH>
            <wp:positionV relativeFrom="paragraph">
              <wp:posOffset>290195</wp:posOffset>
            </wp:positionV>
            <wp:extent cx="3194050" cy="2129367"/>
            <wp:effectExtent l="0" t="0" r="6350" b="4445"/>
            <wp:wrapNone/>
            <wp:docPr id="147929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97332" name="Picture 14792973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12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6A7A6" w14:textId="2092F519" w:rsidR="007655AD" w:rsidRDefault="007655AD">
      <w:pPr>
        <w:jc w:val="center"/>
        <w:rPr>
          <w:rFonts w:ascii="Arial" w:hAnsi="Arial" w:cs="Arial"/>
          <w:b/>
          <w:sz w:val="40"/>
        </w:rPr>
      </w:pPr>
    </w:p>
    <w:p w14:paraId="7A625187" w14:textId="5C6DBECE" w:rsidR="007655AD" w:rsidRDefault="007655AD">
      <w:pPr>
        <w:jc w:val="center"/>
        <w:rPr>
          <w:rFonts w:ascii="Arial" w:hAnsi="Arial" w:cs="Arial"/>
          <w:b/>
          <w:sz w:val="40"/>
        </w:rPr>
      </w:pPr>
    </w:p>
    <w:p w14:paraId="02565A4A" w14:textId="193D5C74" w:rsidR="007655AD" w:rsidRDefault="007655AD">
      <w:pPr>
        <w:jc w:val="center"/>
        <w:rPr>
          <w:rFonts w:ascii="Arial" w:hAnsi="Arial" w:cs="Arial"/>
          <w:b/>
          <w:sz w:val="40"/>
        </w:rPr>
      </w:pPr>
    </w:p>
    <w:p w14:paraId="354D5A5E" w14:textId="77777777" w:rsidR="007655AD" w:rsidRDefault="007655AD">
      <w:pPr>
        <w:jc w:val="center"/>
        <w:rPr>
          <w:rFonts w:ascii="Arial" w:hAnsi="Arial" w:cs="Arial"/>
          <w:b/>
          <w:sz w:val="40"/>
        </w:rPr>
      </w:pPr>
    </w:p>
    <w:p w14:paraId="3314D3DD" w14:textId="77777777" w:rsidR="007655AD" w:rsidRPr="007655AD" w:rsidRDefault="007655AD">
      <w:pPr>
        <w:jc w:val="center"/>
        <w:rPr>
          <w:rFonts w:ascii="Arial" w:hAnsi="Arial" w:cs="Arial"/>
          <w:b/>
          <w:sz w:val="20"/>
          <w:szCs w:val="20"/>
        </w:rPr>
      </w:pPr>
    </w:p>
    <w:p w14:paraId="7309DD21" w14:textId="77777777" w:rsidR="00925EAF" w:rsidRDefault="00925EAF">
      <w:pPr>
        <w:jc w:val="center"/>
        <w:rPr>
          <w:rFonts w:ascii="Arial" w:hAnsi="Arial" w:cs="Arial"/>
          <w:b/>
          <w:sz w:val="40"/>
        </w:rPr>
      </w:pPr>
    </w:p>
    <w:p w14:paraId="3E6E3880" w14:textId="5C75290E" w:rsidR="00F05987" w:rsidRDefault="00000000">
      <w:pPr>
        <w:jc w:val="center"/>
        <w:rPr>
          <w:rFonts w:ascii="Arial" w:hAnsi="Arial" w:cs="Arial"/>
          <w:b/>
          <w:sz w:val="40"/>
        </w:rPr>
      </w:pPr>
      <w:proofErr w:type="spellStart"/>
      <w:r w:rsidRPr="004B3A68">
        <w:rPr>
          <w:rFonts w:ascii="Arial" w:hAnsi="Arial" w:cs="Arial"/>
          <w:b/>
          <w:sz w:val="40"/>
        </w:rPr>
        <w:t>Deine</w:t>
      </w:r>
      <w:proofErr w:type="spellEnd"/>
      <w:r w:rsidRPr="004B3A68">
        <w:rPr>
          <w:rFonts w:ascii="Arial" w:hAnsi="Arial" w:cs="Arial"/>
          <w:b/>
          <w:sz w:val="40"/>
        </w:rPr>
        <w:t xml:space="preserve"> Ansprechpersonen:</w:t>
      </w:r>
    </w:p>
    <w:p w14:paraId="648FFCFC" w14:textId="2A922356" w:rsidR="001251A8" w:rsidRPr="004B3A68" w:rsidRDefault="001251A8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F05987" w:rsidRPr="004B3A68" w14:paraId="6989882C" w14:textId="77777777">
        <w:tc>
          <w:tcPr>
            <w:tcW w:w="4320" w:type="dxa"/>
          </w:tcPr>
          <w:p w14:paraId="257A4D29" w14:textId="23AF2185" w:rsidR="00F05987" w:rsidRPr="004B3A68" w:rsidRDefault="00000000">
            <w:pPr>
              <w:rPr>
                <w:rFonts w:ascii="Arial" w:hAnsi="Arial" w:cs="Arial"/>
              </w:rPr>
            </w:pPr>
            <w:r w:rsidRPr="004B3A68">
              <w:rPr>
                <w:rFonts w:ascii="Arial" w:hAnsi="Arial" w:cs="Arial"/>
              </w:rPr>
              <w:t>Name</w:t>
            </w:r>
            <w:r w:rsidR="00F95363">
              <w:rPr>
                <w:rFonts w:ascii="Arial" w:hAnsi="Arial" w:cs="Arial"/>
              </w:rPr>
              <w:t>:</w:t>
            </w:r>
            <w:r w:rsidRPr="004B3A68">
              <w:rPr>
                <w:rFonts w:ascii="Arial" w:hAnsi="Arial" w:cs="Arial"/>
              </w:rPr>
              <w:t xml:space="preserve"> </w:t>
            </w:r>
            <w:r w:rsidR="00F95363">
              <w:rPr>
                <w:rFonts w:ascii="Arial" w:hAnsi="Arial" w:cs="Arial"/>
              </w:rPr>
              <w:t>Simone Haan</w:t>
            </w:r>
          </w:p>
        </w:tc>
        <w:tc>
          <w:tcPr>
            <w:tcW w:w="4320" w:type="dxa"/>
          </w:tcPr>
          <w:p w14:paraId="5FEEDC62" w14:textId="4CBD7A3F" w:rsidR="00F05987" w:rsidRPr="004B3A68" w:rsidRDefault="00000000">
            <w:pPr>
              <w:rPr>
                <w:rFonts w:ascii="Arial" w:hAnsi="Arial" w:cs="Arial"/>
              </w:rPr>
            </w:pPr>
            <w:r w:rsidRPr="004B3A68">
              <w:rPr>
                <w:rFonts w:ascii="Arial" w:hAnsi="Arial" w:cs="Arial"/>
              </w:rPr>
              <w:t>Name</w:t>
            </w:r>
            <w:r w:rsidR="00F95363">
              <w:rPr>
                <w:rFonts w:ascii="Arial" w:hAnsi="Arial" w:cs="Arial"/>
              </w:rPr>
              <w:t>: Gilles Michely</w:t>
            </w:r>
            <w:r w:rsidRPr="004B3A68">
              <w:rPr>
                <w:rFonts w:ascii="Arial" w:hAnsi="Arial" w:cs="Arial"/>
              </w:rPr>
              <w:t xml:space="preserve"> </w:t>
            </w:r>
          </w:p>
        </w:tc>
      </w:tr>
      <w:tr w:rsidR="00F05987" w:rsidRPr="004B3A68" w14:paraId="1A462180" w14:textId="77777777">
        <w:tc>
          <w:tcPr>
            <w:tcW w:w="4320" w:type="dxa"/>
          </w:tcPr>
          <w:p w14:paraId="5C39E164" w14:textId="0813AACA" w:rsidR="00F05987" w:rsidRPr="004B3A68" w:rsidRDefault="00000000">
            <w:pPr>
              <w:rPr>
                <w:rFonts w:ascii="Arial" w:hAnsi="Arial" w:cs="Arial"/>
              </w:rPr>
            </w:pPr>
            <w:proofErr w:type="spellStart"/>
            <w:r w:rsidRPr="004B3A68">
              <w:rPr>
                <w:rFonts w:ascii="Arial" w:hAnsi="Arial" w:cs="Arial"/>
              </w:rPr>
              <w:t>Telefon</w:t>
            </w:r>
            <w:proofErr w:type="spellEnd"/>
            <w:r w:rsidRPr="004B3A68">
              <w:rPr>
                <w:rFonts w:ascii="Arial" w:hAnsi="Arial" w:cs="Arial"/>
              </w:rPr>
              <w:t xml:space="preserve"> / WhatsApp: </w:t>
            </w:r>
            <w:r w:rsidR="001251A8">
              <w:rPr>
                <w:rFonts w:ascii="Arial" w:hAnsi="Arial" w:cs="Arial"/>
              </w:rPr>
              <w:t>+352 621 759 691</w:t>
            </w:r>
          </w:p>
        </w:tc>
        <w:tc>
          <w:tcPr>
            <w:tcW w:w="4320" w:type="dxa"/>
          </w:tcPr>
          <w:p w14:paraId="33889843" w14:textId="0C585641" w:rsidR="00F05987" w:rsidRPr="004B3A68" w:rsidRDefault="00000000">
            <w:pPr>
              <w:rPr>
                <w:rFonts w:ascii="Arial" w:hAnsi="Arial" w:cs="Arial"/>
              </w:rPr>
            </w:pPr>
            <w:r w:rsidRPr="004B3A68">
              <w:rPr>
                <w:rFonts w:ascii="Arial" w:hAnsi="Arial" w:cs="Arial"/>
              </w:rPr>
              <w:t xml:space="preserve">Telefon / WhatsApp: </w:t>
            </w:r>
            <w:r w:rsidR="00F95363">
              <w:rPr>
                <w:rFonts w:ascii="Arial" w:hAnsi="Arial" w:cs="Arial"/>
              </w:rPr>
              <w:t>+352 621</w:t>
            </w:r>
            <w:r w:rsidR="001251A8">
              <w:rPr>
                <w:rFonts w:ascii="Arial" w:hAnsi="Arial" w:cs="Arial"/>
              </w:rPr>
              <w:t xml:space="preserve"> </w:t>
            </w:r>
            <w:r w:rsidR="00F95363">
              <w:rPr>
                <w:rFonts w:ascii="Arial" w:hAnsi="Arial" w:cs="Arial"/>
              </w:rPr>
              <w:t>791</w:t>
            </w:r>
            <w:r w:rsidR="001251A8">
              <w:rPr>
                <w:rFonts w:ascii="Arial" w:hAnsi="Arial" w:cs="Arial"/>
              </w:rPr>
              <w:t xml:space="preserve"> </w:t>
            </w:r>
            <w:r w:rsidR="00F95363">
              <w:rPr>
                <w:rFonts w:ascii="Arial" w:hAnsi="Arial" w:cs="Arial"/>
              </w:rPr>
              <w:t>233</w:t>
            </w:r>
          </w:p>
        </w:tc>
      </w:tr>
      <w:tr w:rsidR="00F05987" w:rsidRPr="00F95363" w14:paraId="6BA3F6E5" w14:textId="77777777">
        <w:tc>
          <w:tcPr>
            <w:tcW w:w="4320" w:type="dxa"/>
          </w:tcPr>
          <w:p w14:paraId="0F7FF934" w14:textId="114E30D9" w:rsidR="00F05987" w:rsidRPr="00F95363" w:rsidRDefault="00000000">
            <w:pPr>
              <w:rPr>
                <w:rFonts w:ascii="Arial" w:hAnsi="Arial" w:cs="Arial"/>
                <w:lang w:val="de-DE"/>
              </w:rPr>
            </w:pPr>
            <w:r w:rsidRPr="00F95363">
              <w:rPr>
                <w:rFonts w:ascii="Arial" w:hAnsi="Arial" w:cs="Arial"/>
                <w:lang w:val="de-DE"/>
              </w:rPr>
              <w:t xml:space="preserve">E-Mail: </w:t>
            </w:r>
            <w:hyperlink r:id="rId7" w:history="1">
              <w:r w:rsidR="00F95363" w:rsidRPr="00301CB0">
                <w:rPr>
                  <w:rStyle w:val="Hyperlink"/>
                  <w:rFonts w:ascii="Arial" w:hAnsi="Arial" w:cs="Arial"/>
                  <w:lang w:val="de-DE"/>
                </w:rPr>
                <w:t>safeguarding@fltt.lu</w:t>
              </w:r>
            </w:hyperlink>
            <w:r w:rsidR="00F95363">
              <w:rPr>
                <w:rFonts w:ascii="Arial" w:hAnsi="Arial" w:cs="Arial"/>
                <w:lang w:val="de-DE"/>
              </w:rPr>
              <w:t xml:space="preserve"> </w:t>
            </w:r>
          </w:p>
        </w:tc>
        <w:tc>
          <w:tcPr>
            <w:tcW w:w="4320" w:type="dxa"/>
          </w:tcPr>
          <w:p w14:paraId="3B88013B" w14:textId="633B85E9" w:rsidR="00F05987" w:rsidRPr="00F95363" w:rsidRDefault="00000000">
            <w:pPr>
              <w:rPr>
                <w:rFonts w:ascii="Arial" w:hAnsi="Arial" w:cs="Arial"/>
                <w:lang w:val="de-DE"/>
              </w:rPr>
            </w:pPr>
            <w:r w:rsidRPr="00F95363">
              <w:rPr>
                <w:rFonts w:ascii="Arial" w:hAnsi="Arial" w:cs="Arial"/>
                <w:lang w:val="de-DE"/>
              </w:rPr>
              <w:t xml:space="preserve">E-Mail: </w:t>
            </w:r>
            <w:hyperlink r:id="rId8" w:history="1">
              <w:r w:rsidR="00F95363" w:rsidRPr="00301CB0">
                <w:rPr>
                  <w:rStyle w:val="Hyperlink"/>
                  <w:rFonts w:ascii="Arial" w:hAnsi="Arial" w:cs="Arial"/>
                  <w:lang w:val="de-DE"/>
                </w:rPr>
                <w:t>safeguarding@fltt.lu</w:t>
              </w:r>
            </w:hyperlink>
          </w:p>
        </w:tc>
      </w:tr>
    </w:tbl>
    <w:p w14:paraId="4182DFFD" w14:textId="4CBBD166" w:rsidR="007655AD" w:rsidRDefault="007655AD" w:rsidP="007655AD">
      <w:pPr>
        <w:jc w:val="right"/>
        <w:rPr>
          <w:rFonts w:ascii="Arial" w:hAnsi="Arial" w:cs="Arial"/>
          <w:color w:val="646464"/>
          <w:sz w:val="24"/>
          <w:lang w:val="de-DE"/>
        </w:rPr>
      </w:pPr>
    </w:p>
    <w:p w14:paraId="0C438D74" w14:textId="5C5D1E6E" w:rsidR="00F05987" w:rsidRPr="004B3A68" w:rsidRDefault="007655AD" w:rsidP="00925EAF">
      <w:pPr>
        <w:jc w:val="center"/>
        <w:rPr>
          <w:rFonts w:ascii="Arial" w:hAnsi="Arial" w:cs="Arial"/>
          <w:lang w:val="de-DE"/>
        </w:rPr>
      </w:pPr>
      <w:r w:rsidRPr="004B3A68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660800" behindDoc="0" locked="0" layoutInCell="1" allowOverlap="1" wp14:anchorId="46745208" wp14:editId="100B1B8E">
            <wp:simplePos x="0" y="0"/>
            <wp:positionH relativeFrom="column">
              <wp:posOffset>2007235</wp:posOffset>
            </wp:positionH>
            <wp:positionV relativeFrom="paragraph">
              <wp:posOffset>364490</wp:posOffset>
            </wp:positionV>
            <wp:extent cx="1458533" cy="958850"/>
            <wp:effectExtent l="0" t="0" r="8890" b="0"/>
            <wp:wrapNone/>
            <wp:docPr id="1535382465" name="Picture 1" descr="A logo with a red white and blu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82465" name="Picture 1" descr="A logo with a red white and blue desig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8533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A68">
        <w:rPr>
          <w:rFonts w:ascii="Arial" w:hAnsi="Arial" w:cs="Arial"/>
          <w:color w:val="646464"/>
          <w:sz w:val="24"/>
          <w:lang w:val="de-DE"/>
        </w:rPr>
        <w:t>Dieses Poster basiert auf dem Safeguarding</w:t>
      </w:r>
      <w:r w:rsidRPr="004B3A68">
        <w:rPr>
          <w:rFonts w:ascii="Cambria Math" w:hAnsi="Cambria Math" w:cs="Cambria Math"/>
          <w:color w:val="646464"/>
          <w:sz w:val="24"/>
          <w:lang w:val="de-DE"/>
        </w:rPr>
        <w:t>‑</w:t>
      </w:r>
      <w:r w:rsidRPr="004B3A68">
        <w:rPr>
          <w:rFonts w:ascii="Arial" w:hAnsi="Arial" w:cs="Arial"/>
          <w:color w:val="646464"/>
          <w:sz w:val="24"/>
          <w:lang w:val="de-DE"/>
        </w:rPr>
        <w:t>IR</w:t>
      </w:r>
      <w:r w:rsidR="004B3A68" w:rsidRPr="004B3A68">
        <w:rPr>
          <w:rFonts w:ascii="Arial" w:hAnsi="Arial" w:cs="Arial"/>
          <w:color w:val="646464"/>
          <w:sz w:val="24"/>
          <w:lang w:val="de-DE"/>
        </w:rPr>
        <w:t xml:space="preserve"> Nr. 34</w:t>
      </w:r>
      <w:r w:rsidRPr="004B3A68">
        <w:rPr>
          <w:rFonts w:ascii="Arial" w:hAnsi="Arial" w:cs="Arial"/>
          <w:color w:val="646464"/>
          <w:sz w:val="24"/>
          <w:lang w:val="de-DE"/>
        </w:rPr>
        <w:t xml:space="preserve"> des Verbandes.</w:t>
      </w:r>
    </w:p>
    <w:sectPr w:rsidR="00F05987" w:rsidRPr="004B3A6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74253042">
    <w:abstractNumId w:val="8"/>
  </w:num>
  <w:num w:numId="2" w16cid:durableId="1774663470">
    <w:abstractNumId w:val="6"/>
  </w:num>
  <w:num w:numId="3" w16cid:durableId="460156108">
    <w:abstractNumId w:val="5"/>
  </w:num>
  <w:num w:numId="4" w16cid:durableId="166134585">
    <w:abstractNumId w:val="4"/>
  </w:num>
  <w:num w:numId="5" w16cid:durableId="1039672109">
    <w:abstractNumId w:val="7"/>
  </w:num>
  <w:num w:numId="6" w16cid:durableId="831674414">
    <w:abstractNumId w:val="3"/>
  </w:num>
  <w:num w:numId="7" w16cid:durableId="853033363">
    <w:abstractNumId w:val="2"/>
  </w:num>
  <w:num w:numId="8" w16cid:durableId="1076365748">
    <w:abstractNumId w:val="1"/>
  </w:num>
  <w:num w:numId="9" w16cid:durableId="163252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251A8"/>
    <w:rsid w:val="0015074B"/>
    <w:rsid w:val="0029639D"/>
    <w:rsid w:val="00303F20"/>
    <w:rsid w:val="00326F90"/>
    <w:rsid w:val="00427857"/>
    <w:rsid w:val="004B3A68"/>
    <w:rsid w:val="005D4E94"/>
    <w:rsid w:val="007514DB"/>
    <w:rsid w:val="007655AD"/>
    <w:rsid w:val="007F383C"/>
    <w:rsid w:val="00925EAF"/>
    <w:rsid w:val="00AA1D8D"/>
    <w:rsid w:val="00B47730"/>
    <w:rsid w:val="00B81945"/>
    <w:rsid w:val="00CB0664"/>
    <w:rsid w:val="00F05987"/>
    <w:rsid w:val="00F9536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43A968"/>
  <w14:defaultImageDpi w14:val="300"/>
  <w15:docId w15:val="{C3A3F034-4AA1-469A-B33C-3942056E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953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3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eguarding@fltt.lu" TargetMode="External"/><Relationship Id="rId3" Type="http://schemas.openxmlformats.org/officeDocument/2006/relationships/styles" Target="styles.xml"/><Relationship Id="rId7" Type="http://schemas.openxmlformats.org/officeDocument/2006/relationships/hyperlink" Target="mailto:safeguarding@flt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Patrick Massen</cp:lastModifiedBy>
  <cp:revision>7</cp:revision>
  <cp:lastPrinted>2025-09-17T13:56:00Z</cp:lastPrinted>
  <dcterms:created xsi:type="dcterms:W3CDTF">2025-09-01T13:26:00Z</dcterms:created>
  <dcterms:modified xsi:type="dcterms:W3CDTF">2025-09-17T14:01:00Z</dcterms:modified>
  <cp:category/>
</cp:coreProperties>
</file>